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6FFF" w14:textId="77777777" w:rsidR="003C2DAE" w:rsidRPr="00481702" w:rsidRDefault="00000000">
      <w:pPr>
        <w:jc w:val="center"/>
        <w:rPr>
          <w:rFonts w:hint="eastAsia"/>
          <w:szCs w:val="20"/>
        </w:rPr>
      </w:pPr>
      <w:r w:rsidRPr="00481702">
        <w:rPr>
          <w:b/>
          <w:szCs w:val="20"/>
        </w:rPr>
        <w:t xml:space="preserve">ZŠ </w:t>
      </w:r>
      <w:proofErr w:type="gramStart"/>
      <w:r w:rsidRPr="00481702">
        <w:rPr>
          <w:b/>
          <w:szCs w:val="20"/>
        </w:rPr>
        <w:t>Zdice  |</w:t>
      </w:r>
      <w:proofErr w:type="gramEnd"/>
      <w:r w:rsidRPr="00481702">
        <w:rPr>
          <w:b/>
          <w:szCs w:val="20"/>
        </w:rPr>
        <w:t xml:space="preserve">  Školní družina a školní klub</w:t>
      </w:r>
    </w:p>
    <w:p w14:paraId="7C605529" w14:textId="77777777" w:rsidR="003C2DAE" w:rsidRDefault="00000000">
      <w:pPr>
        <w:jc w:val="center"/>
        <w:rPr>
          <w:rFonts w:hint="eastAsia"/>
        </w:rPr>
      </w:pPr>
      <w:r>
        <w:rPr>
          <w:b/>
          <w:sz w:val="26"/>
        </w:rPr>
        <w:t>ZÁVAZNÁ PŘIHLÁŠKA – 16. LISTOPADU 2026</w:t>
      </w:r>
    </w:p>
    <w:p w14:paraId="16B009B2" w14:textId="77777777" w:rsidR="003C2DAE" w:rsidRPr="001B4134" w:rsidRDefault="00000000">
      <w:pPr>
        <w:jc w:val="center"/>
        <w:rPr>
          <w:rFonts w:hint="eastAsia"/>
          <w:color w:val="EE0000"/>
        </w:rPr>
      </w:pPr>
      <w:r w:rsidRPr="001B4134">
        <w:rPr>
          <w:color w:val="EE0000"/>
        </w:rPr>
        <w:t>Omezený provoz v době ředitelského volna: 7:30–14:00</w:t>
      </w:r>
    </w:p>
    <w:p w14:paraId="7A70B89E" w14:textId="77777777" w:rsidR="003C2DAE" w:rsidRDefault="00000000">
      <w:pPr>
        <w:rPr>
          <w:rFonts w:hint="eastAsia"/>
        </w:rPr>
      </w:pPr>
      <w:r>
        <w:t>Závazně přihlašuji své dítě k účasti v mimořádném provozu školní družiny / školního klubu dne 16. 11. 2026.</w:t>
      </w:r>
    </w:p>
    <w:p w14:paraId="51678620" w14:textId="77777777" w:rsidR="003C2DAE" w:rsidRDefault="00000000">
      <w:pPr>
        <w:rPr>
          <w:rFonts w:hint="eastAsia"/>
        </w:rPr>
      </w:pPr>
      <w:r>
        <w:t>Jméno a příjmení dítěte: ...................................................................................</w:t>
      </w:r>
    </w:p>
    <w:p w14:paraId="0B9155DE" w14:textId="77777777" w:rsidR="003C2DAE" w:rsidRDefault="00000000">
      <w:pPr>
        <w:rPr>
          <w:rFonts w:hint="eastAsia"/>
        </w:rPr>
      </w:pPr>
      <w:r>
        <w:t>Třída: ........................    Oddělení ŠD / školní klub: ...........................................</w:t>
      </w:r>
    </w:p>
    <w:p w14:paraId="6197C9C3" w14:textId="77777777" w:rsidR="003C2DAE" w:rsidRDefault="00000000">
      <w:pPr>
        <w:rPr>
          <w:rFonts w:hint="eastAsia"/>
        </w:rPr>
      </w:pPr>
      <w:r>
        <w:t>Zdravotní omezení a důležité informace: ............................................................</w:t>
      </w:r>
    </w:p>
    <w:p w14:paraId="17242CD0" w14:textId="77777777" w:rsidR="003C2DAE" w:rsidRDefault="00000000">
      <w:pPr>
        <w:rPr>
          <w:rFonts w:hint="eastAsia"/>
        </w:rPr>
      </w:pPr>
      <w:r>
        <w:t>..............................................................................................................................</w:t>
      </w:r>
    </w:p>
    <w:p w14:paraId="61D7DB69" w14:textId="77777777" w:rsidR="003C2DAE" w:rsidRDefault="00000000">
      <w:pPr>
        <w:rPr>
          <w:rFonts w:hint="eastAsia"/>
        </w:rPr>
      </w:pPr>
      <w:r>
        <w:t>Telefonní kontakt na zákonného zástupce: ..........................................................</w:t>
      </w:r>
    </w:p>
    <w:p w14:paraId="31093FA9" w14:textId="77777777" w:rsidR="003C2DAE" w:rsidRDefault="00000000">
      <w:pPr>
        <w:rPr>
          <w:rFonts w:hint="eastAsia"/>
        </w:rPr>
      </w:pPr>
      <w:r>
        <w:t>Předpokládaný čas odchodu / vyzvednutí: ............................................................</w:t>
      </w:r>
    </w:p>
    <w:p w14:paraId="4ADBFB2E" w14:textId="77777777" w:rsidR="003C2DAE" w:rsidRPr="00481702" w:rsidRDefault="00000000">
      <w:pPr>
        <w:rPr>
          <w:rFonts w:hint="eastAsia"/>
          <w:color w:val="EE0000"/>
        </w:rPr>
      </w:pPr>
      <w:r w:rsidRPr="00481702">
        <w:rPr>
          <w:b/>
          <w:color w:val="EE0000"/>
        </w:rPr>
        <w:t>Způsob odchodu (označte jednu možnost):</w:t>
      </w:r>
    </w:p>
    <w:p w14:paraId="743FE3CE" w14:textId="77777777" w:rsidR="003C2DAE" w:rsidRDefault="00000000">
      <w:pPr>
        <w:rPr>
          <w:rFonts w:hint="eastAsia"/>
        </w:rPr>
      </w:pPr>
      <w:r>
        <w:t>☐ Vyzvednutí zákonným zástupcem / pověřenou osobou přes Bellhop (čip)</w:t>
      </w:r>
    </w:p>
    <w:p w14:paraId="52135CB5" w14:textId="77777777" w:rsidR="003C2DAE" w:rsidRDefault="00000000">
      <w:pPr>
        <w:rPr>
          <w:rFonts w:hint="eastAsia"/>
        </w:rPr>
      </w:pPr>
      <w:r>
        <w:t>☐ Samostatný odchod dítěte v uvedený čas</w:t>
      </w:r>
    </w:p>
    <w:p w14:paraId="4BD863CB" w14:textId="77777777" w:rsidR="003C2DAE" w:rsidRDefault="00000000">
      <w:pPr>
        <w:rPr>
          <w:rFonts w:hint="eastAsia"/>
        </w:rPr>
      </w:pPr>
      <w:r>
        <w:t>Beru na vědomí, že v tento den nebude pro děti k dispozici oběd a že uskutečnění provozu závisí na počtu závazně přihlášených dětí.</w:t>
      </w:r>
    </w:p>
    <w:p w14:paraId="47794CFF" w14:textId="77777777" w:rsidR="003C2DAE" w:rsidRDefault="00000000">
      <w:pPr>
        <w:rPr>
          <w:rFonts w:hint="eastAsia"/>
        </w:rPr>
      </w:pPr>
      <w:r>
        <w:t>Datum: ................................    Podpis zákonného zástupce: ................................</w:t>
      </w:r>
    </w:p>
    <w:p w14:paraId="138B9BD8" w14:textId="77777777" w:rsidR="003C2DAE" w:rsidRDefault="003C2DAE">
      <w:pPr>
        <w:pBdr>
          <w:bottom w:val="dashed" w:sz="8" w:space="0" w:color="888888"/>
        </w:pBdr>
        <w:spacing w:before="180" w:after="180"/>
      </w:pPr>
    </w:p>
    <w:p w14:paraId="354A29D6" w14:textId="77777777" w:rsidR="001B4134" w:rsidRDefault="001B4134">
      <w:pPr>
        <w:pBdr>
          <w:bottom w:val="dashed" w:sz="8" w:space="0" w:color="888888"/>
        </w:pBdr>
        <w:spacing w:before="180" w:after="180"/>
        <w:rPr>
          <w:rFonts w:hint="eastAsia"/>
        </w:rPr>
      </w:pPr>
    </w:p>
    <w:p w14:paraId="6C48E034" w14:textId="77777777" w:rsidR="001B4134" w:rsidRDefault="001B4134">
      <w:pPr>
        <w:jc w:val="center"/>
        <w:rPr>
          <w:b/>
          <w:sz w:val="18"/>
        </w:rPr>
      </w:pPr>
    </w:p>
    <w:p w14:paraId="772A8DFD" w14:textId="77777777" w:rsidR="001B4134" w:rsidRDefault="001B4134">
      <w:pPr>
        <w:jc w:val="center"/>
        <w:rPr>
          <w:b/>
          <w:sz w:val="18"/>
        </w:rPr>
      </w:pPr>
    </w:p>
    <w:p w14:paraId="6DE672B3" w14:textId="42CE15E3" w:rsidR="003C2DAE" w:rsidRPr="00481702" w:rsidRDefault="00000000">
      <w:pPr>
        <w:jc w:val="center"/>
        <w:rPr>
          <w:rFonts w:hint="eastAsia"/>
          <w:szCs w:val="20"/>
        </w:rPr>
      </w:pPr>
      <w:r w:rsidRPr="00481702">
        <w:rPr>
          <w:b/>
          <w:szCs w:val="20"/>
        </w:rPr>
        <w:t xml:space="preserve">ZŠ </w:t>
      </w:r>
      <w:proofErr w:type="gramStart"/>
      <w:r w:rsidRPr="00481702">
        <w:rPr>
          <w:b/>
          <w:szCs w:val="20"/>
        </w:rPr>
        <w:t>Zdice  |</w:t>
      </w:r>
      <w:proofErr w:type="gramEnd"/>
      <w:r w:rsidRPr="00481702">
        <w:rPr>
          <w:b/>
          <w:szCs w:val="20"/>
        </w:rPr>
        <w:t xml:space="preserve">  Školní družina a školní klub</w:t>
      </w:r>
    </w:p>
    <w:p w14:paraId="3CCB36F0" w14:textId="77777777" w:rsidR="003C2DAE" w:rsidRDefault="00000000">
      <w:pPr>
        <w:jc w:val="center"/>
        <w:rPr>
          <w:rFonts w:hint="eastAsia"/>
        </w:rPr>
      </w:pPr>
      <w:r>
        <w:rPr>
          <w:b/>
          <w:sz w:val="26"/>
        </w:rPr>
        <w:t>ZÁVAZNÁ PŘIHLÁŠKA – 16. LISTOPADU 2026</w:t>
      </w:r>
    </w:p>
    <w:p w14:paraId="5B075D0B" w14:textId="77777777" w:rsidR="003C2DAE" w:rsidRPr="001B4134" w:rsidRDefault="00000000">
      <w:pPr>
        <w:jc w:val="center"/>
        <w:rPr>
          <w:rFonts w:hint="eastAsia"/>
          <w:color w:val="EE0000"/>
        </w:rPr>
      </w:pPr>
      <w:r w:rsidRPr="001B4134">
        <w:rPr>
          <w:color w:val="EE0000"/>
        </w:rPr>
        <w:t>Omezený provoz v době ředitelského volna: 7:30–14:00</w:t>
      </w:r>
    </w:p>
    <w:p w14:paraId="44895041" w14:textId="77777777" w:rsidR="003C2DAE" w:rsidRDefault="00000000">
      <w:pPr>
        <w:rPr>
          <w:rFonts w:hint="eastAsia"/>
        </w:rPr>
      </w:pPr>
      <w:r>
        <w:t>Závazně přihlašuji své dítě k účasti v mimořádném provozu školní družiny / školního klubu dne 16. 11. 2026.</w:t>
      </w:r>
    </w:p>
    <w:p w14:paraId="62D89E9C" w14:textId="77777777" w:rsidR="003C2DAE" w:rsidRDefault="00000000">
      <w:pPr>
        <w:rPr>
          <w:rFonts w:hint="eastAsia"/>
        </w:rPr>
      </w:pPr>
      <w:r>
        <w:t>Jméno a příjmení dítěte: ...................................................................................</w:t>
      </w:r>
    </w:p>
    <w:p w14:paraId="2B49AE13" w14:textId="77777777" w:rsidR="003C2DAE" w:rsidRDefault="00000000">
      <w:pPr>
        <w:rPr>
          <w:rFonts w:hint="eastAsia"/>
        </w:rPr>
      </w:pPr>
      <w:r>
        <w:t>Třída: ........................    Oddělení ŠD / školní klub: ...........................................</w:t>
      </w:r>
    </w:p>
    <w:p w14:paraId="44A7DBDB" w14:textId="77777777" w:rsidR="003C2DAE" w:rsidRDefault="00000000">
      <w:pPr>
        <w:rPr>
          <w:rFonts w:hint="eastAsia"/>
        </w:rPr>
      </w:pPr>
      <w:r>
        <w:t>Zdravotní omezení a důležité informace: ............................................................</w:t>
      </w:r>
    </w:p>
    <w:p w14:paraId="76AA28F0" w14:textId="77777777" w:rsidR="003C2DAE" w:rsidRDefault="00000000">
      <w:pPr>
        <w:rPr>
          <w:rFonts w:hint="eastAsia"/>
        </w:rPr>
      </w:pPr>
      <w:r>
        <w:t>..............................................................................................................................</w:t>
      </w:r>
    </w:p>
    <w:p w14:paraId="78F16ADB" w14:textId="77777777" w:rsidR="003C2DAE" w:rsidRDefault="00000000">
      <w:pPr>
        <w:rPr>
          <w:rFonts w:hint="eastAsia"/>
        </w:rPr>
      </w:pPr>
      <w:r>
        <w:t>Telefonní kontakt na zákonného zástupce: ..........................................................</w:t>
      </w:r>
    </w:p>
    <w:p w14:paraId="609D5482" w14:textId="77777777" w:rsidR="003C2DAE" w:rsidRDefault="00000000">
      <w:pPr>
        <w:rPr>
          <w:rFonts w:hint="eastAsia"/>
        </w:rPr>
      </w:pPr>
      <w:r>
        <w:t>Předpokládaný čas odchodu / vyzvednutí: ............................................................</w:t>
      </w:r>
    </w:p>
    <w:p w14:paraId="0EBFF04C" w14:textId="77777777" w:rsidR="003C2DAE" w:rsidRPr="00481702" w:rsidRDefault="00000000">
      <w:pPr>
        <w:rPr>
          <w:rFonts w:hint="eastAsia"/>
          <w:color w:val="EE0000"/>
        </w:rPr>
      </w:pPr>
      <w:r w:rsidRPr="00481702">
        <w:rPr>
          <w:b/>
          <w:color w:val="EE0000"/>
        </w:rPr>
        <w:t>Způsob odchodu (označte jednu možnost):</w:t>
      </w:r>
    </w:p>
    <w:p w14:paraId="74724AC1" w14:textId="77777777" w:rsidR="003C2DAE" w:rsidRDefault="00000000">
      <w:pPr>
        <w:rPr>
          <w:rFonts w:hint="eastAsia"/>
        </w:rPr>
      </w:pPr>
      <w:r>
        <w:t>☐ Vyzvednutí zákonným zástupcem / pověřenou osobou přes Bellhop (čip)</w:t>
      </w:r>
    </w:p>
    <w:p w14:paraId="5FAAC253" w14:textId="77777777" w:rsidR="003C2DAE" w:rsidRDefault="00000000">
      <w:pPr>
        <w:rPr>
          <w:rFonts w:hint="eastAsia"/>
        </w:rPr>
      </w:pPr>
      <w:r>
        <w:t>☐ Samostatný odchod dítěte v uvedený čas</w:t>
      </w:r>
    </w:p>
    <w:p w14:paraId="34EDDFDE" w14:textId="77777777" w:rsidR="003C2DAE" w:rsidRDefault="00000000">
      <w:pPr>
        <w:rPr>
          <w:rFonts w:hint="eastAsia"/>
        </w:rPr>
      </w:pPr>
      <w:r>
        <w:t>Beru na vědomí, že v tento den nebude pro děti k dispozici oběd a že uskutečnění provozu závisí na počtu závazně přihlášených dětí.</w:t>
      </w:r>
    </w:p>
    <w:p w14:paraId="24B208D7" w14:textId="77777777" w:rsidR="003C2DAE" w:rsidRDefault="00000000">
      <w:pPr>
        <w:rPr>
          <w:rFonts w:hint="eastAsia"/>
        </w:rPr>
      </w:pPr>
      <w:r>
        <w:t>Datum: ................................    Podpis zákonného zástupce: ................................</w:t>
      </w:r>
    </w:p>
    <w:sectPr w:rsidR="003C2DAE" w:rsidSect="001B41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2719460">
    <w:abstractNumId w:val="8"/>
  </w:num>
  <w:num w:numId="2" w16cid:durableId="210116226">
    <w:abstractNumId w:val="6"/>
  </w:num>
  <w:num w:numId="3" w16cid:durableId="1220245670">
    <w:abstractNumId w:val="5"/>
  </w:num>
  <w:num w:numId="4" w16cid:durableId="707031967">
    <w:abstractNumId w:val="4"/>
  </w:num>
  <w:num w:numId="5" w16cid:durableId="510997094">
    <w:abstractNumId w:val="7"/>
  </w:num>
  <w:num w:numId="6" w16cid:durableId="594746913">
    <w:abstractNumId w:val="3"/>
  </w:num>
  <w:num w:numId="7" w16cid:durableId="1700088222">
    <w:abstractNumId w:val="2"/>
  </w:num>
  <w:num w:numId="8" w16cid:durableId="327102045">
    <w:abstractNumId w:val="1"/>
  </w:num>
  <w:num w:numId="9" w16cid:durableId="1190293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4134"/>
    <w:rsid w:val="0029639D"/>
    <w:rsid w:val="00326F90"/>
    <w:rsid w:val="003C2DAE"/>
    <w:rsid w:val="00481702"/>
    <w:rsid w:val="006B57A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B9AA60"/>
  <w14:defaultImageDpi w14:val="300"/>
  <w15:docId w15:val="{4ABDD308-00FA-443F-BD21-AC642F99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369</Words>
  <Characters>2179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Holečková</dc:creator>
  <cp:keywords/>
  <dc:description/>
  <cp:lastModifiedBy>Jana Holečková</cp:lastModifiedBy>
  <cp:revision>3</cp:revision>
  <dcterms:created xsi:type="dcterms:W3CDTF">2026-10-12T17:22:00Z</dcterms:created>
  <dcterms:modified xsi:type="dcterms:W3CDTF">2026-10-12T17:24:00Z</dcterms:modified>
  <cp:category/>
</cp:coreProperties>
</file>